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CITY OF SHADOWS</w:t>
        <w:br/>
        <w:t>Director's Storyboard Edition – Illustrated (Collector's Edition)</w:t>
      </w:r>
    </w:p>
    <w:p>
      <w:pPr>
        <w:jc w:val="center"/>
      </w:pPr>
      <w:r>
        <w:rPr>
          <w:b/>
        </w:rPr>
        <w:t>Author: Piero LeVie</w:t>
        <w:br/>
      </w:r>
      <w:r>
        <w:t>Concept Production Book • Version 1.0</w:t>
        <w:br/>
      </w:r>
    </w:p>
    <w:p>
      <w:pPr>
        <w:pStyle w:val="Heading1"/>
      </w:pPr>
      <w:r>
        <w:t>Purpose</w:t>
      </w:r>
    </w:p>
    <w:p>
      <w:r>
        <w:t>This collector's edition is designed as a pre-production storyboard book. Each storyboard page includes a visual frame placeholder, cinematic direction, camera notes, lighting, sound, and an AI image/video prompt that can be used to create final artwork.</w:t>
      </w:r>
    </w:p>
    <w:p>
      <w:r>
        <w:br w:type="page"/>
      </w:r>
    </w:p>
    <w:p>
      <w:pPr>
        <w:pStyle w:val="Heading1"/>
      </w:pPr>
      <w:r>
        <w:t>Storyboard Frame 1: Opening Over Brussels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9360"/>
          </w:tcPr>
          <w:p>
            <w:pPr>
              <w:jc w:val="center"/>
            </w:pPr>
            <w:r>
              <w:rPr>
                <w:b/>
              </w:rPr>
              <w:br/>
              <w:br/>
              <w:br/>
              <w:t>[ STORYBOARD FRAME / CONCEPT ART PLACEHOLDER ]</w:t>
              <w:br/>
              <w:br/>
              <w:t>Generate final cinematic artwork here.</w:t>
              <w:br/>
              <w:br/>
              <w:br/>
            </w:r>
          </w:p>
        </w:tc>
      </w:tr>
    </w:tbl>
    <w:p>
      <w:r>
        <w:rPr>
          <w:b/>
        </w:rPr>
        <w:t xml:space="preserve">Visual Intent: </w:t>
      </w:r>
      <w:r>
        <w:t>Drone above rain-soaked Brussels at night.</w:t>
      </w:r>
    </w:p>
    <w:p>
      <w:r>
        <w:rPr>
          <w:b/>
        </w:rPr>
        <w:t xml:space="preserve">Lens: </w:t>
      </w:r>
      <w:r>
        <w:t>24mm drone</w:t>
      </w:r>
    </w:p>
    <w:p>
      <w:r>
        <w:rPr>
          <w:b/>
        </w:rPr>
        <w:t xml:space="preserve">Camera Movement: </w:t>
      </w:r>
      <w:r>
        <w:t>Slow descending crane</w:t>
      </w:r>
    </w:p>
    <w:p>
      <w:r>
        <w:rPr>
          <w:b/>
        </w:rPr>
        <w:t xml:space="preserve">Audio Cue: </w:t>
      </w:r>
      <w:r>
        <w:t>Rain, bells</w:t>
      </w:r>
    </w:p>
    <w:p>
      <w:r>
        <w:rPr>
          <w:b/>
        </w:rPr>
        <w:t xml:space="preserve">Director's Note: </w:t>
      </w:r>
      <w:r>
        <w:t>Hold tension. Let atmosphere tell the story before dialogue.</w:t>
      </w:r>
    </w:p>
    <w:p>
      <w:r>
        <w:rPr>
          <w:b/>
        </w:rPr>
        <w:t xml:space="preserve">AI Image / Video Prompt: </w:t>
      </w:r>
      <w:r>
        <w:t>Ultra-realistic cinematic aerial view of Brussels at night, heavy rain, blue-grey palette, dramatic clouds, film still, anamorphic lighting.</w:t>
      </w:r>
    </w:p>
    <w:p>
      <w:r>
        <w:br w:type="page"/>
      </w:r>
    </w:p>
    <w:p>
      <w:pPr>
        <w:pStyle w:val="Heading1"/>
      </w:pPr>
      <w:r>
        <w:t>Storyboard Frame 2: The Streetlamp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9360"/>
          </w:tcPr>
          <w:p>
            <w:pPr>
              <w:jc w:val="center"/>
            </w:pPr>
            <w:r>
              <w:rPr>
                <w:b/>
              </w:rPr>
              <w:br/>
              <w:br/>
              <w:br/>
              <w:t>[ STORYBOARD FRAME / CONCEPT ART PLACEHOLDER ]</w:t>
              <w:br/>
              <w:br/>
              <w:t>Generate final cinematic artwork here.</w:t>
              <w:br/>
              <w:br/>
              <w:br/>
            </w:r>
          </w:p>
        </w:tc>
      </w:tr>
    </w:tbl>
    <w:p>
      <w:r>
        <w:rPr>
          <w:b/>
        </w:rPr>
        <w:t xml:space="preserve">Visual Intent: </w:t>
      </w:r>
      <w:r>
        <w:t>A lone silhouette beneath a flickering lamp.</w:t>
      </w:r>
    </w:p>
    <w:p>
      <w:r>
        <w:rPr>
          <w:b/>
        </w:rPr>
        <w:t xml:space="preserve">Lens: </w:t>
      </w:r>
      <w:r>
        <w:t>50mm</w:t>
      </w:r>
    </w:p>
    <w:p>
      <w:r>
        <w:rPr>
          <w:b/>
        </w:rPr>
        <w:t xml:space="preserve">Camera Movement: </w:t>
      </w:r>
      <w:r>
        <w:t>Tracking</w:t>
      </w:r>
    </w:p>
    <w:p>
      <w:r>
        <w:rPr>
          <w:b/>
        </w:rPr>
        <w:t xml:space="preserve">Audio Cue: </w:t>
      </w:r>
      <w:r>
        <w:t>Rain only</w:t>
      </w:r>
    </w:p>
    <w:p>
      <w:r>
        <w:rPr>
          <w:b/>
        </w:rPr>
        <w:t xml:space="preserve">Director's Note: </w:t>
      </w:r>
      <w:r>
        <w:t>Hold tension. Let atmosphere tell the story before dialogue.</w:t>
      </w:r>
    </w:p>
    <w:p>
      <w:r>
        <w:rPr>
          <w:b/>
        </w:rPr>
        <w:t xml:space="preserve">AI Image / Video Prompt: </w:t>
      </w:r>
      <w:r>
        <w:t>Lonely European alley, warm lamp against cold rain, mysterious figure, cinematic thriller.</w:t>
      </w:r>
    </w:p>
    <w:p>
      <w:r>
        <w:br w:type="page"/>
      </w:r>
    </w:p>
    <w:p>
      <w:pPr>
        <w:pStyle w:val="Heading1"/>
      </w:pPr>
      <w:r>
        <w:t>Storyboard Frame 3: Locker 317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9360"/>
          </w:tcPr>
          <w:p>
            <w:pPr>
              <w:jc w:val="center"/>
            </w:pPr>
            <w:r>
              <w:rPr>
                <w:b/>
              </w:rPr>
              <w:br/>
              <w:br/>
              <w:br/>
              <w:t>[ STORYBOARD FRAME / CONCEPT ART PLACEHOLDER ]</w:t>
              <w:br/>
              <w:br/>
              <w:t>Generate final cinematic artwork here.</w:t>
              <w:br/>
              <w:br/>
              <w:br/>
            </w:r>
          </w:p>
        </w:tc>
      </w:tr>
    </w:tbl>
    <w:p>
      <w:r>
        <w:rPr>
          <w:b/>
        </w:rPr>
        <w:t xml:space="preserve">Visual Intent: </w:t>
      </w:r>
      <w:r>
        <w:t>Old railway locker slowly opens.</w:t>
      </w:r>
    </w:p>
    <w:p>
      <w:r>
        <w:rPr>
          <w:b/>
        </w:rPr>
        <w:t xml:space="preserve">Lens: </w:t>
      </w:r>
      <w:r>
        <w:t>85mm macro</w:t>
      </w:r>
    </w:p>
    <w:p>
      <w:r>
        <w:rPr>
          <w:b/>
        </w:rPr>
        <w:t xml:space="preserve">Camera Movement: </w:t>
      </w:r>
      <w:r>
        <w:t>Push-in</w:t>
      </w:r>
    </w:p>
    <w:p>
      <w:r>
        <w:rPr>
          <w:b/>
        </w:rPr>
        <w:t xml:space="preserve">Audio Cue: </w:t>
      </w:r>
      <w:r>
        <w:t>Metal creak</w:t>
      </w:r>
    </w:p>
    <w:p>
      <w:r>
        <w:rPr>
          <w:b/>
        </w:rPr>
        <w:t xml:space="preserve">Director's Note: </w:t>
      </w:r>
      <w:r>
        <w:t>Hold tension. Let atmosphere tell the story before dialogue.</w:t>
      </w:r>
    </w:p>
    <w:p>
      <w:r>
        <w:rPr>
          <w:b/>
        </w:rPr>
        <w:t xml:space="preserve">AI Image / Video Prompt: </w:t>
      </w:r>
      <w:r>
        <w:t>Vintage railway locker numbered 317, rust, moisture, shallow depth of field.</w:t>
      </w:r>
    </w:p>
    <w:p>
      <w:r>
        <w:br w:type="page"/>
      </w:r>
    </w:p>
    <w:p>
      <w:pPr>
        <w:pStyle w:val="Heading1"/>
      </w:pPr>
      <w:r>
        <w:t>Storyboard Frame 4: The Red Glove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9360"/>
          </w:tcPr>
          <w:p>
            <w:pPr>
              <w:jc w:val="center"/>
            </w:pPr>
            <w:r>
              <w:rPr>
                <w:b/>
              </w:rPr>
              <w:br/>
              <w:br/>
              <w:br/>
              <w:t>[ STORYBOARD FRAME / CONCEPT ART PLACEHOLDER ]</w:t>
              <w:br/>
              <w:br/>
              <w:t>Generate final cinematic artwork here.</w:t>
              <w:br/>
              <w:br/>
              <w:br/>
            </w:r>
          </w:p>
        </w:tc>
      </w:tr>
    </w:tbl>
    <w:p>
      <w:r>
        <w:rPr>
          <w:b/>
        </w:rPr>
        <w:t xml:space="preserve">Visual Intent: </w:t>
      </w:r>
      <w:r>
        <w:t>Child's glove revealed.</w:t>
      </w:r>
    </w:p>
    <w:p>
      <w:r>
        <w:rPr>
          <w:b/>
        </w:rPr>
        <w:t xml:space="preserve">Lens: </w:t>
      </w:r>
      <w:r>
        <w:t>100mm macro</w:t>
      </w:r>
    </w:p>
    <w:p>
      <w:r>
        <w:rPr>
          <w:b/>
        </w:rPr>
        <w:t xml:space="preserve">Camera Movement: </w:t>
      </w:r>
      <w:r>
        <w:t>Static</w:t>
      </w:r>
    </w:p>
    <w:p>
      <w:r>
        <w:rPr>
          <w:b/>
        </w:rPr>
        <w:t xml:space="preserve">Audio Cue: </w:t>
      </w:r>
      <w:r>
        <w:t>Heartbeat</w:t>
      </w:r>
    </w:p>
    <w:p>
      <w:r>
        <w:rPr>
          <w:b/>
        </w:rPr>
        <w:t xml:space="preserve">Director's Note: </w:t>
      </w:r>
      <w:r>
        <w:t>Hold tension. Let atmosphere tell the story before dialogue.</w:t>
      </w:r>
    </w:p>
    <w:p>
      <w:r>
        <w:rPr>
          <w:b/>
        </w:rPr>
        <w:t xml:space="preserve">AI Image / Video Prompt: </w:t>
      </w:r>
      <w:r>
        <w:t>Close-up of a worn red woollen glove, emotional, moody lighting.</w:t>
      </w:r>
    </w:p>
    <w:p>
      <w:r>
        <w:br w:type="page"/>
      </w:r>
    </w:p>
    <w:p>
      <w:pPr>
        <w:pStyle w:val="Heading1"/>
      </w:pPr>
      <w:r>
        <w:t>Storyboard Frame 5: The Evidence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9360"/>
          </w:tcPr>
          <w:p>
            <w:pPr>
              <w:jc w:val="center"/>
            </w:pPr>
            <w:r>
              <w:rPr>
                <w:b/>
              </w:rPr>
              <w:br/>
              <w:br/>
              <w:br/>
              <w:t>[ STORYBOARD FRAME / CONCEPT ART PLACEHOLDER ]</w:t>
              <w:br/>
              <w:br/>
              <w:t>Generate final cinematic artwork here.</w:t>
              <w:br/>
              <w:br/>
              <w:br/>
            </w:r>
          </w:p>
        </w:tc>
      </w:tr>
    </w:tbl>
    <w:p>
      <w:r>
        <w:rPr>
          <w:b/>
        </w:rPr>
        <w:t xml:space="preserve">Visual Intent: </w:t>
      </w:r>
      <w:r>
        <w:t>Passports, cassette, notebook.</w:t>
      </w:r>
    </w:p>
    <w:p>
      <w:r>
        <w:rPr>
          <w:b/>
        </w:rPr>
        <w:t xml:space="preserve">Lens: </w:t>
      </w:r>
      <w:r>
        <w:t>50mm</w:t>
      </w:r>
    </w:p>
    <w:p>
      <w:r>
        <w:rPr>
          <w:b/>
        </w:rPr>
        <w:t xml:space="preserve">Camera Movement: </w:t>
      </w:r>
      <w:r>
        <w:t>Slider</w:t>
      </w:r>
    </w:p>
    <w:p>
      <w:r>
        <w:rPr>
          <w:b/>
        </w:rPr>
        <w:t xml:space="preserve">Audio Cue: </w:t>
      </w:r>
      <w:r>
        <w:t>Strings</w:t>
      </w:r>
    </w:p>
    <w:p>
      <w:r>
        <w:rPr>
          <w:b/>
        </w:rPr>
        <w:t xml:space="preserve">Director's Note: </w:t>
      </w:r>
      <w:r>
        <w:t>Hold tension. Let atmosphere tell the story before dialogue.</w:t>
      </w:r>
    </w:p>
    <w:p>
      <w:r>
        <w:rPr>
          <w:b/>
        </w:rPr>
        <w:t xml:space="preserve">AI Image / Video Prompt: </w:t>
      </w:r>
      <w:r>
        <w:t>Three passports, cassette tape, handwritten notebook on wooden desk, detective aesthetic.</w:t>
      </w:r>
    </w:p>
    <w:p>
      <w:r>
        <w:br w:type="page"/>
      </w:r>
    </w:p>
    <w:p>
      <w:pPr>
        <w:pStyle w:val="Heading1"/>
      </w:pPr>
      <w:r>
        <w:t>Storyboard Frame 6: Lucas Reads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9360"/>
          </w:tcPr>
          <w:p>
            <w:pPr>
              <w:jc w:val="center"/>
            </w:pPr>
            <w:r>
              <w:rPr>
                <w:b/>
              </w:rPr>
              <w:br/>
              <w:br/>
              <w:br/>
              <w:t>[ STORYBOARD FRAME / CONCEPT ART PLACEHOLDER ]</w:t>
              <w:br/>
              <w:br/>
              <w:t>Generate final cinematic artwork here.</w:t>
              <w:br/>
              <w:br/>
              <w:br/>
            </w:r>
          </w:p>
        </w:tc>
      </w:tr>
    </w:tbl>
    <w:p>
      <w:r>
        <w:rPr>
          <w:b/>
        </w:rPr>
        <w:t xml:space="preserve">Visual Intent: </w:t>
      </w:r>
      <w:r>
        <w:t>Lucas discovers Viktor's note.</w:t>
      </w:r>
    </w:p>
    <w:p>
      <w:r>
        <w:rPr>
          <w:b/>
        </w:rPr>
        <w:t xml:space="preserve">Lens: </w:t>
      </w:r>
      <w:r>
        <w:t>35mm</w:t>
      </w:r>
    </w:p>
    <w:p>
      <w:r>
        <w:rPr>
          <w:b/>
        </w:rPr>
        <w:t xml:space="preserve">Camera Movement: </w:t>
      </w:r>
      <w:r>
        <w:t>Over shoulder</w:t>
      </w:r>
    </w:p>
    <w:p>
      <w:r>
        <w:rPr>
          <w:b/>
        </w:rPr>
        <w:t xml:space="preserve">Audio Cue: </w:t>
      </w:r>
      <w:r>
        <w:t>Ambient</w:t>
      </w:r>
    </w:p>
    <w:p>
      <w:r>
        <w:rPr>
          <w:b/>
        </w:rPr>
        <w:t xml:space="preserve">Director's Note: </w:t>
      </w:r>
      <w:r>
        <w:t>Hold tension. Let atmosphere tell the story before dialogue.</w:t>
      </w:r>
    </w:p>
    <w:p>
      <w:r>
        <w:rPr>
          <w:b/>
        </w:rPr>
        <w:t xml:space="preserve">AI Image / Video Prompt: </w:t>
      </w:r>
      <w:r>
        <w:t>Man reading cryptic notebook under desk lamp, suspense.</w:t>
      </w:r>
    </w:p>
    <w:p>
      <w:r>
        <w:br w:type="page"/>
      </w:r>
    </w:p>
    <w:p>
      <w:pPr>
        <w:pStyle w:val="Heading1"/>
      </w:pPr>
      <w:r>
        <w:t>Storyboard Frame 7: The Pursuit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9360"/>
          </w:tcPr>
          <w:p>
            <w:pPr>
              <w:jc w:val="center"/>
            </w:pPr>
            <w:r>
              <w:rPr>
                <w:b/>
              </w:rPr>
              <w:br/>
              <w:br/>
              <w:br/>
              <w:t>[ STORYBOARD FRAME / CONCEPT ART PLACEHOLDER ]</w:t>
              <w:br/>
              <w:br/>
              <w:t>Generate final cinematic artwork here.</w:t>
              <w:br/>
              <w:br/>
              <w:br/>
            </w:r>
          </w:p>
        </w:tc>
      </w:tr>
    </w:tbl>
    <w:p>
      <w:r>
        <w:rPr>
          <w:b/>
        </w:rPr>
        <w:t xml:space="preserve">Visual Intent: </w:t>
      </w:r>
      <w:r>
        <w:t>Running through Brussels.</w:t>
      </w:r>
    </w:p>
    <w:p>
      <w:r>
        <w:rPr>
          <w:b/>
        </w:rPr>
        <w:t xml:space="preserve">Lens: </w:t>
      </w:r>
      <w:r>
        <w:t>35mm handheld</w:t>
      </w:r>
    </w:p>
    <w:p>
      <w:r>
        <w:rPr>
          <w:b/>
        </w:rPr>
        <w:t xml:space="preserve">Camera Movement: </w:t>
      </w:r>
      <w:r>
        <w:t>Fast chase</w:t>
      </w:r>
    </w:p>
    <w:p>
      <w:r>
        <w:rPr>
          <w:b/>
        </w:rPr>
        <w:t xml:space="preserve">Audio Cue: </w:t>
      </w:r>
      <w:r>
        <w:t>Percussion</w:t>
      </w:r>
    </w:p>
    <w:p>
      <w:r>
        <w:rPr>
          <w:b/>
        </w:rPr>
        <w:t xml:space="preserve">Director's Note: </w:t>
      </w:r>
      <w:r>
        <w:t>Hold tension. Let atmosphere tell the story before dialogue.</w:t>
      </w:r>
    </w:p>
    <w:p>
      <w:r>
        <w:rPr>
          <w:b/>
        </w:rPr>
        <w:t xml:space="preserve">AI Image / Video Prompt: </w:t>
      </w:r>
      <w:r>
        <w:t>Rain-soaked European streets, man running, cinematic action.</w:t>
      </w:r>
    </w:p>
    <w:p>
      <w:r>
        <w:br w:type="page"/>
      </w:r>
    </w:p>
    <w:p>
      <w:pPr>
        <w:pStyle w:val="Heading1"/>
      </w:pPr>
      <w:r>
        <w:t>Storyboard Frame 8: The Archive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9360"/>
          </w:tcPr>
          <w:p>
            <w:pPr>
              <w:jc w:val="center"/>
            </w:pPr>
            <w:r>
              <w:rPr>
                <w:b/>
              </w:rPr>
              <w:br/>
              <w:br/>
              <w:br/>
              <w:t>[ STORYBOARD FRAME / CONCEPT ART PLACEHOLDER ]</w:t>
              <w:br/>
              <w:br/>
              <w:t>Generate final cinematic artwork here.</w:t>
              <w:br/>
              <w:br/>
              <w:br/>
            </w:r>
          </w:p>
        </w:tc>
      </w:tr>
    </w:tbl>
    <w:p>
      <w:r>
        <w:rPr>
          <w:b/>
        </w:rPr>
        <w:t xml:space="preserve">Visual Intent: </w:t>
      </w:r>
      <w:r>
        <w:t>Hidden records and burning files.</w:t>
      </w:r>
    </w:p>
    <w:p>
      <w:r>
        <w:rPr>
          <w:b/>
        </w:rPr>
        <w:t xml:space="preserve">Lens: </w:t>
      </w:r>
      <w:r>
        <w:t>24mm</w:t>
      </w:r>
    </w:p>
    <w:p>
      <w:r>
        <w:rPr>
          <w:b/>
        </w:rPr>
        <w:t xml:space="preserve">Camera Movement: </w:t>
      </w:r>
      <w:r>
        <w:t>Whip pan</w:t>
      </w:r>
    </w:p>
    <w:p>
      <w:r>
        <w:rPr>
          <w:b/>
        </w:rPr>
        <w:t xml:space="preserve">Audio Cue: </w:t>
      </w:r>
      <w:r>
        <w:t>Music builds</w:t>
      </w:r>
    </w:p>
    <w:p>
      <w:r>
        <w:rPr>
          <w:b/>
        </w:rPr>
        <w:t xml:space="preserve">Director's Note: </w:t>
      </w:r>
      <w:r>
        <w:t>Hold tension. Let atmosphere tell the story before dialogue.</w:t>
      </w:r>
    </w:p>
    <w:p>
      <w:r>
        <w:rPr>
          <w:b/>
        </w:rPr>
        <w:t xml:space="preserve">AI Image / Video Prompt: </w:t>
      </w:r>
      <w:r>
        <w:t>Secret underground archive, firelight, old files.</w:t>
      </w:r>
    </w:p>
    <w:p>
      <w:r>
        <w:br w:type="page"/>
      </w:r>
    </w:p>
    <w:p>
      <w:pPr>
        <w:pStyle w:val="Heading1"/>
      </w:pPr>
      <w:r>
        <w:t>Storyboard Frame 9: Identity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9360"/>
          </w:tcPr>
          <w:p>
            <w:pPr>
              <w:jc w:val="center"/>
            </w:pPr>
            <w:r>
              <w:rPr>
                <w:b/>
              </w:rPr>
              <w:br/>
              <w:br/>
              <w:br/>
              <w:t>[ STORYBOARD FRAME / CONCEPT ART PLACEHOLDER ]</w:t>
              <w:br/>
              <w:br/>
              <w:t>Generate final cinematic artwork here.</w:t>
              <w:br/>
              <w:br/>
              <w:br/>
            </w:r>
          </w:p>
        </w:tc>
      </w:tr>
    </w:tbl>
    <w:p>
      <w:r>
        <w:rPr>
          <w:b/>
        </w:rPr>
        <w:t xml:space="preserve">Visual Intent: </w:t>
      </w:r>
      <w:r>
        <w:t>Mirror with multiple identities.</w:t>
      </w:r>
    </w:p>
    <w:p>
      <w:r>
        <w:rPr>
          <w:b/>
        </w:rPr>
        <w:t xml:space="preserve">Lens: </w:t>
      </w:r>
      <w:r>
        <w:t>50mm</w:t>
      </w:r>
    </w:p>
    <w:p>
      <w:r>
        <w:rPr>
          <w:b/>
        </w:rPr>
        <w:t xml:space="preserve">Camera Movement: </w:t>
      </w:r>
      <w:r>
        <w:t>Orbit</w:t>
      </w:r>
    </w:p>
    <w:p>
      <w:r>
        <w:rPr>
          <w:b/>
        </w:rPr>
        <w:t xml:space="preserve">Audio Cue: </w:t>
      </w:r>
      <w:r>
        <w:t>Music drops</w:t>
      </w:r>
    </w:p>
    <w:p>
      <w:r>
        <w:rPr>
          <w:b/>
        </w:rPr>
        <w:t xml:space="preserve">Director's Note: </w:t>
      </w:r>
      <w:r>
        <w:t>Hold tension. Let atmosphere tell the story before dialogue.</w:t>
      </w:r>
    </w:p>
    <w:p>
      <w:r>
        <w:rPr>
          <w:b/>
        </w:rPr>
        <w:t xml:space="preserve">AI Image / Video Prompt: </w:t>
      </w:r>
      <w:r>
        <w:t>Mirror reflection with passports and fractured identity motif.</w:t>
      </w:r>
    </w:p>
    <w:p>
      <w:r>
        <w:br w:type="page"/>
      </w:r>
    </w:p>
    <w:p>
      <w:pPr>
        <w:pStyle w:val="Heading1"/>
      </w:pPr>
      <w:r>
        <w:t>Storyboard Frame 10: Title Reveal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9360"/>
          </w:tcPr>
          <w:p>
            <w:pPr>
              <w:jc w:val="center"/>
            </w:pPr>
            <w:r>
              <w:rPr>
                <w:b/>
              </w:rPr>
              <w:br/>
              <w:br/>
              <w:br/>
              <w:t>[ STORYBOARD FRAME / CONCEPT ART PLACEHOLDER ]</w:t>
              <w:br/>
              <w:br/>
              <w:t>Generate final cinematic artwork here.</w:t>
              <w:br/>
              <w:br/>
              <w:br/>
            </w:r>
          </w:p>
        </w:tc>
      </w:tr>
    </w:tbl>
    <w:p>
      <w:r>
        <w:rPr>
          <w:b/>
        </w:rPr>
        <w:t xml:space="preserve">Visual Intent: </w:t>
      </w:r>
      <w:r>
        <w:t>Book cover emerges.</w:t>
      </w:r>
    </w:p>
    <w:p>
      <w:r>
        <w:rPr>
          <w:b/>
        </w:rPr>
        <w:t xml:space="preserve">Lens: </w:t>
      </w:r>
      <w:r>
        <w:t>Virtual</w:t>
      </w:r>
    </w:p>
    <w:p>
      <w:r>
        <w:rPr>
          <w:b/>
        </w:rPr>
        <w:t xml:space="preserve">Camera Movement: </w:t>
      </w:r>
      <w:r>
        <w:t>Fade</w:t>
      </w:r>
    </w:p>
    <w:p>
      <w:r>
        <w:rPr>
          <w:b/>
        </w:rPr>
        <w:t xml:space="preserve">Audio Cue: </w:t>
      </w:r>
      <w:r>
        <w:t>Piano note</w:t>
      </w:r>
    </w:p>
    <w:p>
      <w:r>
        <w:rPr>
          <w:b/>
        </w:rPr>
        <w:t xml:space="preserve">Director's Note: </w:t>
      </w:r>
      <w:r>
        <w:t>Hold tension. Let atmosphere tell the story before dialogue.</w:t>
      </w:r>
    </w:p>
    <w:p>
      <w:r>
        <w:rPr>
          <w:b/>
        </w:rPr>
        <w:t xml:space="preserve">AI Image / Video Prompt: </w:t>
      </w:r>
      <w:r>
        <w:t>Book cover emerging from smoke with elegant silver typography.</w:t>
      </w:r>
    </w:p>
    <w:p>
      <w:r>
        <w:br w:type="page"/>
      </w:r>
    </w:p>
    <w:p>
      <w:pPr>
        <w:pStyle w:val="Heading1"/>
      </w:pPr>
      <w:r>
        <w:t>Character Reference Boards</w:t>
      </w:r>
    </w:p>
    <w:p>
      <w:pPr>
        <w:pStyle w:val="ListBullet"/>
      </w:pPr>
      <w:r>
        <w:t>Lucas Verhoeven</w:t>
      </w:r>
    </w:p>
    <w:p>
      <w:pPr>
        <w:pStyle w:val="ListBullet"/>
      </w:pPr>
      <w:r>
        <w:t>Elise</w:t>
      </w:r>
    </w:p>
    <w:p>
      <w:pPr>
        <w:pStyle w:val="ListBullet"/>
      </w:pPr>
      <w:r>
        <w:t>Viktor</w:t>
      </w:r>
    </w:p>
    <w:p>
      <w:pPr>
        <w:pStyle w:val="ListBullet"/>
      </w:pPr>
      <w:r>
        <w:t>Locker 317</w:t>
      </w:r>
    </w:p>
    <w:p>
      <w:pPr>
        <w:pStyle w:val="ListBullet"/>
      </w:pPr>
      <w:r>
        <w:t>Red Glove</w:t>
      </w:r>
    </w:p>
    <w:p>
      <w:pPr>
        <w:pStyle w:val="ListBullet"/>
      </w:pPr>
      <w:r>
        <w:t>Three Passports</w:t>
      </w:r>
    </w:p>
    <w:p>
      <w:pPr>
        <w:pStyle w:val="ListBullet"/>
      </w:pPr>
      <w:r>
        <w:t>Cassette Tape</w:t>
      </w:r>
    </w:p>
    <w:p>
      <w:pPr>
        <w:pStyle w:val="Heading1"/>
      </w:pPr>
      <w:r>
        <w:t>Colour &amp; Lighting Bible</w:t>
      </w:r>
    </w:p>
    <w:p>
      <w:pPr>
        <w:pStyle w:val="ListBullet"/>
      </w:pPr>
      <w:r>
        <w:t>Charcoal black, midnight blue, slate grey, brushed silver.</w:t>
      </w:r>
    </w:p>
    <w:p>
      <w:pPr>
        <w:pStyle w:val="ListBullet"/>
      </w:pPr>
      <w:r>
        <w:t>Rain reflections are a recurring visual signature.</w:t>
      </w:r>
    </w:p>
    <w:p>
      <w:pPr>
        <w:pStyle w:val="ListBullet"/>
      </w:pPr>
      <w:r>
        <w:t>Warm practical lights contrast with cold environments.</w:t>
      </w:r>
    </w:p>
    <w:p>
      <w:pPr>
        <w:pStyle w:val="ListBullet"/>
      </w:pPr>
      <w:r>
        <w:t>Use cinematic depth of field and restrained saturation.</w:t>
      </w:r>
    </w:p>
    <w:p>
      <w:pPr>
        <w:pStyle w:val="Heading1"/>
      </w:pPr>
      <w:r>
        <w:t>Final Deliverables</w:t>
      </w:r>
    </w:p>
    <w:p>
      <w:pPr>
        <w:pStyle w:val="ListBullet"/>
      </w:pPr>
      <w:r>
        <w:t>20–30 illustrated storyboard panels</w:t>
      </w:r>
    </w:p>
    <w:p>
      <w:pPr>
        <w:pStyle w:val="ListBullet"/>
      </w:pPr>
      <w:r>
        <w:t>4K concept art</w:t>
      </w:r>
    </w:p>
    <w:p>
      <w:pPr>
        <w:pStyle w:val="ListBullet"/>
      </w:pPr>
      <w:r>
        <w:t>60-second master trailer</w:t>
      </w:r>
    </w:p>
    <w:p>
      <w:pPr>
        <w:pStyle w:val="ListBullet"/>
      </w:pPr>
      <w:r>
        <w:t>30-second promotion</w:t>
      </w:r>
    </w:p>
    <w:p>
      <w:pPr>
        <w:pStyle w:val="ListBullet"/>
      </w:pPr>
      <w:r>
        <w:t>15-second teaser</w:t>
      </w:r>
    </w:p>
    <w:p>
      <w:pPr>
        <w:pStyle w:val="ListBullet"/>
      </w:pPr>
      <w:r>
        <w:t>Vertical social media edits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